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שיעור אווזי הבר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אווזי בר עפים במבנה של V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של שיתוף פעולה, מנהיגות מתחלפת וערבות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להביע דעה בעל פה ובכתב על שיתוף פעולה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שכל הלהקה תעוף רחוק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אווז אחר מחליף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בצפירה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נשארים איתו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ארבעה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המנהיגות מתחלפת בין האווזים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מוסבר בסרטון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אחרים נשארים איתו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הסרטון מלמד על שיתוף פעולה ומנהיגות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V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מחליף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צופרת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נשארים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(מאפשר ללהקה לעוף רחוק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(כל אווז מוביל בתורו)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(דרך לעודד את המוביל)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(להישאר עם חבר שנפגע)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(יכולת הקבוצה להתמודד יחד עם קשיים)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עם נימוק - לבדוק התייחסות לאחד השיעורים (V, החלפת מוביל, עידוד, ערבות)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דוגמה אישית - מילה טובה, עזרה, חיזוק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עם נימוק ענייני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למבנה V ולעבודת 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שהמנהיגות מתחלפת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אישית לעידוד או תמיכה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לעצור את הסרטון אחרי כל שיעור ולבקש דוגמה אישית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תשובה בעל פה עם בן/בת זוג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לחבר את הדף לדיון רחב יותר על עבודת צוות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שיעור אווזי הבר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בסרטון רואים ציפורים גדולות שעפות ביחד. לומדים מהן איך עוזרים זה לזה.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אווזי 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ציפורים גדולות שעפות יחד למרחקים ארוכים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V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טיסה של הלהקה שדומה לאות וי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מנהיגות מתחלפת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כשהאווז המוביל מתעייף, אווז אחר תופס את מקומו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ערבות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דואג לחברים שלו ועוזר להם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עידוד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או פעולות שנותנות כוח וחיזוק לאחר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שיתוף פעולה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משותפת כדי להשיג מטרה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 קבוצתי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של קבוצה להתמודד יחד עם קשיים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עפים בצורת V?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להיראות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שכל הלהקה תעוף רחוק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להתחבא מציידים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לישון באוויר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כשהמוביל עייף?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הלהקה נעצרת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ממשיך להוביל בכוח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אווז אחר מחליף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הלהקה חוזרת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מעודדים את המוביל?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בצפירה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בטיסה רחוקה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כשחבר נפגע?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בלעדיו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נשארים איתו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עפים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שוכחים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שיעורים יש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במבנה V כל הלהקה יכולה לעוף רחוק יותר ביחד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אווז אחד תמיד מוביל את כל הטיסה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הצפירה של הלהקה היא סימן לעידוד המוביל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כשאווז נפגע הלהקה ממשיכה בלעדיו 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הסרטון עוסק רק בטיסה של אווזים ולא בערכים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האווזים עפים במבנה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כשהמוביל מתעייף, אווז אחר __________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הלהקה __________ כדי לעודד את המוביל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כשאווז נפגע, האחרים __________ איתו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שיתוף פעולה עוזר ללהקה להגיע __________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מבנה V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דרך לעודד את המוביל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מנהיגות מתחלפת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יכולת הקבוצה להתמודד יחד עם קשיים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צפירה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מאפשר ללהקה לעוף רחוק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 אווז מוביל בתורו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חוסן קבוצתי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להישאר עם חבר שנפגע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שיעור מהסרטון הכי אהבתם? כתבו ונמקו בשתיים-שלוש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אחת מהכיתה שלכם לעידוד חבר, בדומה לצפירה של האווזים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בכיתה יכול להיות ה'אווז המוביל' השבוע ולמה? כתבו שם ונימוק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עוזר ללהקת האווזים לעוף רחוק?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כשהמוביל מתעייף?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לעודד חבר שמתקשה, כמו שהאווזים עושים?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שיעור אווזי הבר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