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אווזי בר עפים במבנה של V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שיתוף פעולה, מנהיגות מתחלפת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בעל פה ובכתב על שיתוף 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שכל הלהקה תעוף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אווז אחר מחליף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נשארים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המנהיגות מתחלפת בין האווזים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אחרים נשארים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הסרטון מלמד על שיתוף פעולה ומנהיגות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(מאפשר ללהקה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אווז מוביל בתורו)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לעודד את המוביל)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(להישאר עם חבר שנפגע)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(יכולת הקבוצה להתמודד יחד עם 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- לבדוק התייחסות לאחד השיעורים (V, החלפת מוביל, עידוד, ערבות)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אישית - מילה טובה, עזרה, חיזוק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למבנה V ולעבודת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שהמנהיגות מתחלפת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לעידוד או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אחרי כל שיעור ולבקש דוגמה אישית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תשובה בעל פה עם בן/בת זוג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לדיון רחב יותר על עבודת צוות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רואים להקת אווזי בר עפה במבנה מיוחד. הדף עוסק בשיעורים שאפשר ללמוד מהתנהגות הלהקה על עבודת צוות.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האווזים עפים במבנה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שכל הלהקה תעוף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להתחבא מציידים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כשהאווז המוביל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הלהקה נעצרת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ממשיך להוביל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אווז אחר מחליף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הלהקה חוזרת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הלהקה מעודדת את האווז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בטיסה רחוקה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האווזים כשחבר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נשארים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שוכחים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שיעורים עיקריים מוצגים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במבנה V כל הלהקה יכולה לעוף רחוק יותר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אווז אחד תמיד מוביל את כל הטיסה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הצפירה של הלהקה היא סימן לעידוד המוביל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כשאווז נפגע הלהקה ממשיכה בלעדיו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רק בטיסה של אווזים ולא בערכים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האווזים עפים במבנה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כשהמוביל מתעייף, אווז אחר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הלהקה __________ כדי לעודד את המוביל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כשאווז נפגע, האחרים __________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שיתוף פעולה עוזר ללהקה להגיע __________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לעודד את המוביל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מאפשר ללהקה לעוף רחוק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אווז מוביל בתורו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הקבוצה להתמודד יחד עם 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להישאר עם חבר שנפגע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שיעור מהסרטון הכי אהבתם? כתבו ונמקו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מהכיתה שלכם לעידוד חבר, בדומה לצפירה של האווזים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בכיתה יכול להיות ה'אווז המוביל' השבוע ולמה? כתבו שם ונימוק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ללהקת האווזים לעוף 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כשהמוביל מתעייף?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לעודד חבר שמתקשה, כמו שהאווזים עושים?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אווזי הבר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